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4F616" w14:textId="02A25D85" w:rsidR="007A0799" w:rsidRPr="001C0028" w:rsidRDefault="004D0E6C">
      <w:pPr>
        <w:pStyle w:val="Ttulo"/>
        <w:jc w:val="center"/>
        <w:rPr>
          <w:lang w:val="es-CL"/>
        </w:rPr>
      </w:pPr>
      <w:r w:rsidRPr="001C0028">
        <w:rPr>
          <w:lang w:val="es-CL"/>
        </w:rPr>
        <w:t xml:space="preserve">RECURSO DE REPOSICIÓN CONTRA DECLARACIÓN DE </w:t>
      </w:r>
      <w:r w:rsidR="00777B57">
        <w:rPr>
          <w:lang w:val="es-CL"/>
        </w:rPr>
        <w:t>NO ADMISIBLE</w:t>
      </w:r>
    </w:p>
    <w:p w14:paraId="2A518016" w14:textId="6808FB4B" w:rsidR="007A0799" w:rsidRPr="001C0028" w:rsidRDefault="004D0E6C">
      <w:pPr>
        <w:jc w:val="center"/>
        <w:rPr>
          <w:lang w:val="es-CL"/>
        </w:rPr>
      </w:pPr>
      <w:r w:rsidRPr="001C0028">
        <w:rPr>
          <w:b/>
          <w:lang w:val="es-CL"/>
        </w:rPr>
        <w:t>Fondo Comunidad Activa 2026 Gobierno de Santiago</w:t>
      </w:r>
    </w:p>
    <w:p w14:paraId="13AB9A85" w14:textId="4899BF97" w:rsidR="007A0799" w:rsidRPr="001C0028" w:rsidRDefault="004D0E6C">
      <w:pPr>
        <w:rPr>
          <w:lang w:val="es-CL"/>
        </w:rPr>
      </w:pPr>
      <w:r w:rsidRPr="001C0028">
        <w:rPr>
          <w:lang w:val="es-CL"/>
        </w:rPr>
        <w:t>Señor Gobernador Regional Metropolitano de Santiago</w:t>
      </w:r>
      <w:r w:rsidRPr="001C0028">
        <w:rPr>
          <w:lang w:val="es-CL"/>
        </w:rPr>
        <w:br/>
        <w:t>Presente</w:t>
      </w:r>
    </w:p>
    <w:p w14:paraId="3953A194" w14:textId="565268AC" w:rsidR="007A0799" w:rsidRPr="001C0028" w:rsidRDefault="004D0E6C">
      <w:pPr>
        <w:rPr>
          <w:lang w:val="es-CL"/>
        </w:rPr>
      </w:pPr>
      <w:r w:rsidRPr="001C0028">
        <w:rPr>
          <w:lang w:val="es-CL"/>
        </w:rPr>
        <w:t xml:space="preserve">La organización que se individualiza a continuación, por medio de su representante legal, interpone recurso de reposición en contra de la decisión que declaró </w:t>
      </w:r>
      <w:r w:rsidR="00777B57">
        <w:rPr>
          <w:lang w:val="es-CL"/>
        </w:rPr>
        <w:t xml:space="preserve">no </w:t>
      </w:r>
      <w:r w:rsidRPr="001C0028">
        <w:rPr>
          <w:lang w:val="es-CL"/>
        </w:rPr>
        <w:t>admisible la postulación indicada</w:t>
      </w:r>
      <w:r w:rsidR="001C0028">
        <w:rPr>
          <w:lang w:val="es-CL"/>
        </w:rPr>
        <w:t>. C</w:t>
      </w:r>
      <w:r w:rsidRPr="001C0028">
        <w:rPr>
          <w:lang w:val="es-CL"/>
        </w:rPr>
        <w:t>onforme al artículo 59 de la Ley N°19.880</w:t>
      </w:r>
      <w:r w:rsidR="001C0028">
        <w:rPr>
          <w:lang w:val="es-CL"/>
        </w:rPr>
        <w:t xml:space="preserve">, </w:t>
      </w:r>
      <w:r w:rsidRPr="001C0028">
        <w:rPr>
          <w:lang w:val="es-CL"/>
        </w:rPr>
        <w:t>solicita su reconsideración por los fundamentos que expone.</w:t>
      </w:r>
    </w:p>
    <w:p w14:paraId="586A8C9F" w14:textId="77777777" w:rsidR="007A0799" w:rsidRPr="001C0028" w:rsidRDefault="004D0E6C">
      <w:pPr>
        <w:spacing w:before="180"/>
        <w:rPr>
          <w:lang w:val="es-CL"/>
        </w:rPr>
      </w:pPr>
      <w:r w:rsidRPr="001C0028">
        <w:rPr>
          <w:b/>
          <w:lang w:val="es-CL"/>
        </w:rPr>
        <w:t>1. Identificación de la organización y su representante</w:t>
      </w:r>
    </w:p>
    <w:p w14:paraId="0AA19225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Nombre de la organización:  </w:t>
      </w:r>
      <w:r w:rsidRPr="001C0028">
        <w:rPr>
          <w:lang w:val="es-CL"/>
        </w:rPr>
        <w:t>_________________________________________________________________</w:t>
      </w:r>
    </w:p>
    <w:p w14:paraId="73705BDF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RUT de la organización:  </w:t>
      </w:r>
      <w:r w:rsidRPr="001C0028">
        <w:rPr>
          <w:lang w:val="es-CL"/>
        </w:rPr>
        <w:t>_________________________________________________________________</w:t>
      </w:r>
    </w:p>
    <w:p w14:paraId="38817053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Nombre del representante legal:  </w:t>
      </w:r>
      <w:r w:rsidRPr="001C0028">
        <w:rPr>
          <w:lang w:val="es-CL"/>
        </w:rPr>
        <w:t>_________________________________________________________________</w:t>
      </w:r>
    </w:p>
    <w:p w14:paraId="58BEF2CC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RUT del representante legal:  </w:t>
      </w:r>
      <w:r w:rsidRPr="001C0028">
        <w:rPr>
          <w:lang w:val="es-CL"/>
        </w:rPr>
        <w:t>_________________________________________________________________</w:t>
      </w:r>
    </w:p>
    <w:p w14:paraId="3075635D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Correo electrónico y teléfono de contacto:  </w:t>
      </w:r>
      <w:r w:rsidRPr="001C0028">
        <w:rPr>
          <w:lang w:val="es-CL"/>
        </w:rPr>
        <w:t>_________________________________________________________________</w:t>
      </w:r>
    </w:p>
    <w:p w14:paraId="2271A5CD" w14:textId="77777777" w:rsidR="007A0799" w:rsidRPr="001C0028" w:rsidRDefault="004D0E6C">
      <w:pPr>
        <w:spacing w:before="180"/>
        <w:rPr>
          <w:lang w:val="es-CL"/>
        </w:rPr>
      </w:pPr>
      <w:r w:rsidRPr="001C0028">
        <w:rPr>
          <w:b/>
          <w:lang w:val="es-CL"/>
        </w:rPr>
        <w:t>2. Identificación de la postulación y la decisión recurrida</w:t>
      </w:r>
    </w:p>
    <w:p w14:paraId="7CF27A18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Nombre del proyecto:  </w:t>
      </w:r>
      <w:r w:rsidRPr="001C0028">
        <w:rPr>
          <w:lang w:val="es-CL"/>
        </w:rPr>
        <w:t>_________________________________________________________________</w:t>
      </w:r>
    </w:p>
    <w:p w14:paraId="7D42D5A3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Código de postulación:  </w:t>
      </w:r>
      <w:r w:rsidRPr="001C0028">
        <w:rPr>
          <w:lang w:val="es-CL"/>
        </w:rPr>
        <w:t>_________________________________________________________________</w:t>
      </w:r>
    </w:p>
    <w:p w14:paraId="080AD637" w14:textId="77777777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Línea de financiamiento:  </w:t>
      </w:r>
      <w:r w:rsidRPr="001C0028">
        <w:rPr>
          <w:lang w:val="es-CL"/>
        </w:rPr>
        <w:t>_________________________________________________________________</w:t>
      </w:r>
    </w:p>
    <w:p w14:paraId="22C8A32C" w14:textId="69C34195" w:rsidR="007A0799" w:rsidRPr="001C0028" w:rsidRDefault="004D0E6C">
      <w:pPr>
        <w:rPr>
          <w:lang w:val="es-CL"/>
        </w:rPr>
      </w:pPr>
      <w:r w:rsidRPr="001C0028">
        <w:rPr>
          <w:b/>
          <w:lang w:val="es-CL"/>
        </w:rPr>
        <w:t xml:space="preserve">Acto o comunicación </w:t>
      </w:r>
      <w:proofErr w:type="gramStart"/>
      <w:r w:rsidRPr="001C0028">
        <w:rPr>
          <w:b/>
          <w:lang w:val="es-CL"/>
        </w:rPr>
        <w:t xml:space="preserve">de </w:t>
      </w:r>
      <w:r w:rsidR="00AF0138">
        <w:rPr>
          <w:b/>
          <w:lang w:val="es-CL"/>
        </w:rPr>
        <w:t xml:space="preserve"> no</w:t>
      </w:r>
      <w:proofErr w:type="gramEnd"/>
      <w:r w:rsidR="00AF0138">
        <w:rPr>
          <w:b/>
          <w:lang w:val="es-CL"/>
        </w:rPr>
        <w:t xml:space="preserve"> </w:t>
      </w:r>
      <w:r w:rsidRPr="001C0028">
        <w:rPr>
          <w:b/>
          <w:lang w:val="es-CL"/>
        </w:rPr>
        <w:t xml:space="preserve">admisibilidad y fecha de notificación:  </w:t>
      </w:r>
      <w:r w:rsidRPr="001C0028">
        <w:rPr>
          <w:lang w:val="es-CL"/>
        </w:rPr>
        <w:t>_________________________________________________________________</w:t>
      </w:r>
    </w:p>
    <w:p w14:paraId="06288264" w14:textId="4C2C4037" w:rsidR="007A0799" w:rsidRPr="001C0028" w:rsidRDefault="004D0E6C">
      <w:pPr>
        <w:spacing w:before="180"/>
        <w:rPr>
          <w:lang w:val="es-CL"/>
        </w:rPr>
      </w:pPr>
      <w:r w:rsidRPr="001C0028">
        <w:rPr>
          <w:b/>
          <w:lang w:val="es-CL"/>
        </w:rPr>
        <w:t xml:space="preserve">3. Causal de </w:t>
      </w:r>
      <w:r w:rsidR="00AF0138">
        <w:rPr>
          <w:b/>
          <w:lang w:val="es-CL"/>
        </w:rPr>
        <w:t xml:space="preserve">no </w:t>
      </w:r>
      <w:r w:rsidRPr="001C0028">
        <w:rPr>
          <w:b/>
          <w:lang w:val="es-CL"/>
        </w:rPr>
        <w:t>admisibilidad informada</w:t>
      </w:r>
    </w:p>
    <w:p w14:paraId="5B1EDAAB" w14:textId="6451C791" w:rsidR="007A0799" w:rsidRPr="001C0028" w:rsidRDefault="004D0E6C">
      <w:pPr>
        <w:rPr>
          <w:lang w:val="es-CL"/>
        </w:rPr>
      </w:pPr>
      <w:r w:rsidRPr="001C0028">
        <w:rPr>
          <w:lang w:val="es-CL"/>
        </w:rPr>
        <w:t>[Transcriba o describa con precisión la causal comunicada a la organización]</w:t>
      </w:r>
    </w:p>
    <w:p w14:paraId="49B7AFA2" w14:textId="67957C38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26D9A7B4" w14:textId="4E319B83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070373AB" w14:textId="77777777" w:rsidR="007A0799" w:rsidRPr="001C0028" w:rsidRDefault="004D0E6C">
      <w:pPr>
        <w:rPr>
          <w:lang w:val="es-CL"/>
        </w:rPr>
      </w:pPr>
      <w:r w:rsidRPr="001C0028">
        <w:rPr>
          <w:lang w:val="es-CL"/>
        </w:rPr>
        <w:br w:type="page"/>
      </w:r>
    </w:p>
    <w:p w14:paraId="2A792158" w14:textId="77777777" w:rsidR="007A0799" w:rsidRPr="001C0028" w:rsidRDefault="004D0E6C">
      <w:pPr>
        <w:spacing w:before="180"/>
        <w:rPr>
          <w:lang w:val="es-CL"/>
        </w:rPr>
      </w:pPr>
      <w:r w:rsidRPr="001C0028">
        <w:rPr>
          <w:b/>
          <w:lang w:val="es-CL"/>
        </w:rPr>
        <w:lastRenderedPageBreak/>
        <w:t>4. Fundamentos de la reposición</w:t>
      </w:r>
    </w:p>
    <w:p w14:paraId="0400E59E" w14:textId="0980423A" w:rsidR="007A0799" w:rsidRPr="001C0028" w:rsidRDefault="004D0E6C">
      <w:pPr>
        <w:rPr>
          <w:lang w:val="es-CL"/>
        </w:rPr>
      </w:pPr>
      <w:r w:rsidRPr="001C0028">
        <w:rPr>
          <w:lang w:val="es-CL"/>
        </w:rPr>
        <w:t xml:space="preserve">[Explique por qué solicita reconsiderar la </w:t>
      </w:r>
      <w:r w:rsidR="00AF0138">
        <w:rPr>
          <w:lang w:val="es-CL"/>
        </w:rPr>
        <w:t xml:space="preserve">no </w:t>
      </w:r>
      <w:r w:rsidRPr="001C0028">
        <w:rPr>
          <w:lang w:val="es-CL"/>
        </w:rPr>
        <w:t>admisibilidad. Identifique los antecedentes de la postulación y señale, cuando corresponda, el documento, anexo o registro que respalda cada afirmación]</w:t>
      </w:r>
    </w:p>
    <w:p w14:paraId="31759E2A" w14:textId="734E1B75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08417AD7" w14:textId="5044FF74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53124BD1" w14:textId="2C365423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7FF3763A" w14:textId="1DDA08CF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3A0B7F17" w14:textId="586DD323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66175E1C" w14:textId="77777777" w:rsidR="007A0799" w:rsidRPr="001C0028" w:rsidRDefault="004D0E6C">
      <w:pPr>
        <w:spacing w:before="180"/>
        <w:rPr>
          <w:lang w:val="es-CL"/>
        </w:rPr>
      </w:pPr>
      <w:r w:rsidRPr="001C0028">
        <w:rPr>
          <w:b/>
          <w:lang w:val="es-CL"/>
        </w:rPr>
        <w:t>5. Documentos que se acompañan</w:t>
      </w:r>
    </w:p>
    <w:p w14:paraId="29824053" w14:textId="135A18D3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04EA7610" w14:textId="2EFCC0EF" w:rsidR="007A0799" w:rsidRPr="001C0028" w:rsidRDefault="004D0E6C">
      <w:pPr>
        <w:rPr>
          <w:lang w:val="es-CL"/>
        </w:rPr>
      </w:pPr>
      <w:r w:rsidRPr="001C0028">
        <w:rPr>
          <w:lang w:val="es-CL"/>
        </w:rPr>
        <w:t>______________________________________________________________________________</w:t>
      </w:r>
    </w:p>
    <w:p w14:paraId="31C00959" w14:textId="77777777" w:rsidR="007A0799" w:rsidRPr="001C0028" w:rsidRDefault="004D0E6C">
      <w:pPr>
        <w:spacing w:before="180"/>
        <w:rPr>
          <w:lang w:val="es-CL"/>
        </w:rPr>
      </w:pPr>
      <w:r w:rsidRPr="001C0028">
        <w:rPr>
          <w:b/>
          <w:lang w:val="es-CL"/>
        </w:rPr>
        <w:t>Solicitud</w:t>
      </w:r>
    </w:p>
    <w:p w14:paraId="2F336463" w14:textId="35A74D23" w:rsidR="007A0799" w:rsidRPr="001C0028" w:rsidRDefault="004D0E6C">
      <w:pPr>
        <w:rPr>
          <w:lang w:val="es-CL"/>
        </w:rPr>
      </w:pPr>
      <w:r w:rsidRPr="001C0028">
        <w:rPr>
          <w:lang w:val="es-CL"/>
        </w:rPr>
        <w:t xml:space="preserve">Por lo expuesto, solicito tener por interpuesto este recurso de reposición, examinar los antecedentes señalados y dejar sin efecto la declaración de </w:t>
      </w:r>
      <w:r w:rsidR="00AF0138">
        <w:rPr>
          <w:lang w:val="es-CL"/>
        </w:rPr>
        <w:t xml:space="preserve">no </w:t>
      </w:r>
      <w:r w:rsidRPr="001C0028">
        <w:rPr>
          <w:lang w:val="es-CL"/>
        </w:rPr>
        <w:t>admisibilidad de la postulación individualizada, declarando su admisibilidad si corresponde</w:t>
      </w:r>
      <w:r w:rsidR="001C0028">
        <w:rPr>
          <w:lang w:val="es-CL"/>
        </w:rPr>
        <w:t>,</w:t>
      </w:r>
      <w:r w:rsidRPr="001C0028">
        <w:rPr>
          <w:lang w:val="es-CL"/>
        </w:rPr>
        <w:t xml:space="preserve"> conforme a las bases del concurso. Solicito que la decisión sea notificada al correo electrónico indicado.</w:t>
      </w:r>
    </w:p>
    <w:p w14:paraId="619F07A0" w14:textId="77777777" w:rsidR="007A0799" w:rsidRPr="001C0028" w:rsidRDefault="004D0E6C">
      <w:pPr>
        <w:rPr>
          <w:lang w:val="es-CL"/>
        </w:rPr>
      </w:pPr>
      <w:r w:rsidRPr="001C0028">
        <w:rPr>
          <w:lang w:val="es-CL"/>
        </w:rPr>
        <w:t>Ciudad y fecha: _________________________________________________________________</w:t>
      </w:r>
    </w:p>
    <w:p w14:paraId="2CF460EA" w14:textId="77777777" w:rsidR="007A0799" w:rsidRPr="001C0028" w:rsidRDefault="004D0E6C">
      <w:pPr>
        <w:rPr>
          <w:lang w:val="es-CL"/>
        </w:rPr>
      </w:pPr>
      <w:r w:rsidRPr="001C0028">
        <w:rPr>
          <w:lang w:val="es-CL"/>
        </w:rPr>
        <w:t>Nombre y firma del representante legal: ______________________________________________</w:t>
      </w:r>
    </w:p>
    <w:p w14:paraId="3636B80A" w14:textId="69283A2F" w:rsidR="007A0799" w:rsidRPr="001C0028" w:rsidRDefault="004D0E6C">
      <w:pPr>
        <w:rPr>
          <w:lang w:val="es-CL"/>
        </w:rPr>
      </w:pPr>
      <w:r w:rsidRPr="001C0028">
        <w:rPr>
          <w:i/>
          <w:sz w:val="18"/>
          <w:lang w:val="es-CL"/>
        </w:rPr>
        <w:t>Presentar dentro del plazo legal de cinco días hábiles contado desde la notificación de la decisión recurrida</w:t>
      </w:r>
      <w:r w:rsidR="00F14041">
        <w:rPr>
          <w:i/>
          <w:sz w:val="18"/>
          <w:lang w:val="es-CL"/>
        </w:rPr>
        <w:t xml:space="preserve">, a través de nuestra </w:t>
      </w:r>
      <w:r w:rsidR="00F14041" w:rsidRPr="00F14041">
        <w:rPr>
          <w:b/>
          <w:bCs/>
          <w:i/>
          <w:sz w:val="18"/>
          <w:lang w:val="es-CL"/>
        </w:rPr>
        <w:t>Oficina de Partes</w:t>
      </w:r>
      <w:r w:rsidR="00F14041">
        <w:rPr>
          <w:i/>
          <w:sz w:val="18"/>
          <w:lang w:val="es-CL"/>
        </w:rPr>
        <w:t xml:space="preserve">, ubicada en Bandera N°46 (primer piso), la cual atiende de </w:t>
      </w:r>
      <w:proofErr w:type="gramStart"/>
      <w:r w:rsidR="00F14041">
        <w:rPr>
          <w:i/>
          <w:sz w:val="18"/>
          <w:lang w:val="es-CL"/>
        </w:rPr>
        <w:t>Lunes</w:t>
      </w:r>
      <w:proofErr w:type="gramEnd"/>
      <w:r w:rsidR="00F14041">
        <w:rPr>
          <w:i/>
          <w:sz w:val="18"/>
          <w:lang w:val="es-CL"/>
        </w:rPr>
        <w:t xml:space="preserve"> a </w:t>
      </w:r>
      <w:proofErr w:type="gramStart"/>
      <w:r w:rsidR="00F14041">
        <w:rPr>
          <w:i/>
          <w:sz w:val="18"/>
          <w:lang w:val="es-CL"/>
        </w:rPr>
        <w:t>Viernes</w:t>
      </w:r>
      <w:proofErr w:type="gramEnd"/>
      <w:r w:rsidR="00F14041">
        <w:rPr>
          <w:i/>
          <w:sz w:val="18"/>
          <w:lang w:val="es-CL"/>
        </w:rPr>
        <w:t xml:space="preserve"> de 9:00 a 14:00 horas.</w:t>
      </w:r>
    </w:p>
    <w:sectPr w:rsidR="007A0799" w:rsidRPr="001C0028" w:rsidSect="001C0028">
      <w:pgSz w:w="11906" w:h="16838" w:code="9"/>
      <w:pgMar w:top="1152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2946014">
    <w:abstractNumId w:val="8"/>
  </w:num>
  <w:num w:numId="2" w16cid:durableId="2092194091">
    <w:abstractNumId w:val="6"/>
  </w:num>
  <w:num w:numId="3" w16cid:durableId="909462194">
    <w:abstractNumId w:val="5"/>
  </w:num>
  <w:num w:numId="4" w16cid:durableId="2072264509">
    <w:abstractNumId w:val="4"/>
  </w:num>
  <w:num w:numId="5" w16cid:durableId="1567304647">
    <w:abstractNumId w:val="7"/>
  </w:num>
  <w:num w:numId="6" w16cid:durableId="1407191994">
    <w:abstractNumId w:val="3"/>
  </w:num>
  <w:num w:numId="7" w16cid:durableId="1348143407">
    <w:abstractNumId w:val="2"/>
  </w:num>
  <w:num w:numId="8" w16cid:durableId="328098082">
    <w:abstractNumId w:val="1"/>
  </w:num>
  <w:num w:numId="9" w16cid:durableId="49029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AF5"/>
    <w:rsid w:val="0015074B"/>
    <w:rsid w:val="001C0028"/>
    <w:rsid w:val="0029639D"/>
    <w:rsid w:val="003053A3"/>
    <w:rsid w:val="00326F90"/>
    <w:rsid w:val="004D0E6C"/>
    <w:rsid w:val="00777B57"/>
    <w:rsid w:val="007A0799"/>
    <w:rsid w:val="007A5D45"/>
    <w:rsid w:val="00AA1D8D"/>
    <w:rsid w:val="00AF0138"/>
    <w:rsid w:val="00B47730"/>
    <w:rsid w:val="00CB0664"/>
    <w:rsid w:val="00EA004F"/>
    <w:rsid w:val="00F140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A6113"/>
  <w14:defaultImageDpi w14:val="300"/>
  <w15:docId w15:val="{71A6FEA0-5FCC-40BF-832E-2935ECDC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Silvana Torres</cp:lastModifiedBy>
  <cp:revision>5</cp:revision>
  <cp:lastPrinted>2026-10-05T18:37:00Z</cp:lastPrinted>
  <dcterms:created xsi:type="dcterms:W3CDTF">2026-10-05T18:37:00Z</dcterms:created>
  <dcterms:modified xsi:type="dcterms:W3CDTF">2026-10-05T20:16:00Z</dcterms:modified>
  <cp:category/>
</cp:coreProperties>
</file>